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מהי יחידת לימוד עצמאית ולמה בונים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שלושת העקרונות ואת שמונת שלבי הבנייה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פעילות נכנסת לתוך דף אחד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תחנה פשוטה ביחידה לפי דוגמת מסע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שלושה עקרונות ביחידת לימוד עצמאית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מבנה ומטרות 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שלושה עקרונות ביחידת לימוד עצמאית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חידון וכרטיס רפלקציה נותנים לתלמיד משוב על מה שלמד.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שלושה עקרונות ביחידת לימוד עצמאית – התאמת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(מבנה ומטרות ברורים)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(בחירה ודיפרנציאציה)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(משוב ורפלקציה)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(משוב ורפלקציה)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שלושה עקרונות ביחידת לימוד עצמאית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דיפרנציאציה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מסלול הבנייה בשמונה צעדים – זיהוי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שכבה, זמן וצרכים מיוחדים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מסלול הבנייה בשמונה צעדים – תוכן 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לפחות מטרת ידע, מטרת מיומנות ומטרה ערכית־רגשית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נבנה רצף הגיוני מפתיחה ועד תוצר מסכם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מסלול הבנייה בשמונה צעדים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מסלול הבנייה בשמונה צעדים – התאמת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(נושא אחד ממוקד מתוך תוכנית הלימודים)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(ידע, מיומנות ועמדה בפעלים הניתנים לבדיקה)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(שכבה, זמן והתאמות נדרשות)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(רצף תחנות מפתיחה מסקרנת ועד 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יחידה לדוגמה: מסע של טיפה – מה זוכרים מהתחנות?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המים יוצאים למסע ועולים לשמיים כאדים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השמש שמחממת את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התעבות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יחידה לדוגמה: מסע של טיפה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(מים הופכים לאדים בחום השמש ועולים 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(האדים מתקררים ונהפכים לטיפות קטנות שיוצרות ענן)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(טיפות כבדות נופלות מהענן כגשם)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יחידה לדוגמה: מסע של טיפה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השמש מחממת את מי השלולית, חלק מהם הופך לאדים ועולה לשמיים (אידוי) - המים לא נעלמים, הם יוצאים למסע.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איך מכניסים פעילות לתוך דף – הכרת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מכניסים פעילות מאתר אחר לתוך הדף, בלי לצאת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&lt;iframe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בכלי הפעילות עצמו, תחת 'שיתוף'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איך מכניסים פעילות לתוך דף – בודקים אם הבנתם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בהטמעה הפעילות מופיעה בתוך הדף עצמו, כמו חלון, בלי לצאת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להשתמש במחולל קוד הטמעה שמייצר את הקוד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איך מכניסים פעילות לתוך דף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כפתור או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איך מכניסים פעילות לתוך דף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(פעילות שבה פותרים חידות כדי להתקדם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(שאלות קצרות לבדיקת 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שבו כל התלמידים כותבים תשובות ורואים זה של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(כלי שמייצר אוטומטית את שורת הקוד להטמעה)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התאמות לכל תלמיד ותלמידה – מכירים את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חינוך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מילון 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התאמות לכל תלמיד ותלמידה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בהתאמות של חנ״מ – כפתור הקראה עוזר להבין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לעולים חדשים נותנים הוראות קצרות של 3 עד 5 מילים עם סמלים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התאמות לכל תלמיד ותלמידה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התאמות לכל תלמיד ותלמידה – התאמה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(כפתור הקראה ליד כל 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(מילון תמונות שקופץ במגע)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(משחק קצר עם כפתורים 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(משימת העשרה נוספת)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בונים תחנה ביחידה משלי – מה יש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כותרת ומטרה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מקור אחד או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שהתלמיד יבדוק אם הבין לפני שממשיך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שהתלמיד/ה מציינים: מבנה ומטרות, בחירה והתאמה, משוב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שהסדר נכון: נושא, מטרות, לומדים, מפה, תוכן, משימות, בדיקה,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שיש כותרת ברורה, מטרה אחת פשוטה ומשימה מתאימה לגיל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 קצרים: עקרונות ושלבים, יחידה לדוגמה, ובניית תחנה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כדאי להוסיף תמונות וסמלים ליד 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ההתאמות אפשר לתת לכל קבוצה גרסה שונה ולהשוות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השאירו זמן קבוע לכרטיס יציאה בסוף כל פרק כדי לתרגל רפלקציה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תלמדו איך בונים יחידת לימוד שלב אחר שלב, בעזרת דוגמת מסע של טיפה. בכל פרק יש הסבר קצר ותרגילים – השלימו אותם לפי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כפתור או קישור  ·  שתי  ·  דיפרנציאציה  ·  מילון  ·  בוחרים נושא  ·  פתוחה  ·  פעלים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שלושה עקרונות ביחידת לימוד עצמאית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עקרונות יסוד יש ביחידת לימוד 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עיקרון עוזר לתלמיד לדעת מה המטרה ולאן הוא הולך?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מבנה ומטרות ברורים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בחירה ודיפרנציאציה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משוב ורפלקציה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שלושה עקרונות ביחידת לימוד עצמאית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העיקרון של משוב ורפלקציה קשור לחידון ולשאלות סיכום בסוף היחידה.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שלושה עקרונות ביחידת לימוד עצמאית – התאמת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רשימת התקדמות עם 5 תחנות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משוב ורפלקציה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בחירה בין קומיקס, הקלטה או כרזה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משוב ורפלקציה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חידון מהיר בסוף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בחירה ודיפרנציאציה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כתיבה בקיר שיתופי על מה קרה למים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מבנה ומטרות ברורים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שלושה עקרונות ביחידת לימוד עצמאית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העיקרון שעוזר לכל תלמיד להתקדם בקצב שלו ולבחור תוצר נקרא בחירה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מסלול הבנייה בשמונה צעדים – זיהוי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הצעד הראשון במסלול הבנייה של יחידת לימוד?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בוחרים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בונים גושי 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מגדירים מטרות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בודקים בשלב 'מכירים את הלומדים'?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את גיל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שכבה, זמן וצרכים מיוחדים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את מספר התלמידים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מסלול הבנייה בשמונה צעדים – תוכן 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'מגדירים מטרות' מספיק לכתוב מטרת ידע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מפת השיעורים כוללת תחנת פתיחה מסקרנת ותחנת סיכום עם תוצר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מסלול הבנייה בשמונה צעדים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__________ בוחרים נושא אחד ממוקד מתוך תוכנית הלימודים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כדאי לנסח את מטרות היחידה בעזרת __________ שאפשר לראות ולבדוק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מסלול הבנייה בשמונה צעדים – התאמת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בוחרים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שכבה, זמן והתאמות נדרשות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מגדירים מטרות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נושא אחד ממוקד מתוך תוכנית הלימודים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מכירים את הלומדים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רצף תחנות מפתיחה מסקרנת ועד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משרטטים מפת שיעורים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ידע, מיומנות ועמדה בפעלים הניתנים לבדיקה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יחידה לדוגמה: מסע של טיפה – מה זוכרים מהתחנות?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השלוליות בחצר נעלמות אחרי יום שמשי?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המים נעלמים לגמרי ולא נשאר מהם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המים יוצאים למסע ועולים לשמיים כאדים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המים הופכים לאבנים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גורם למים להפוך לאדים?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הרוח החזקה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השמש שמחממת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הגשם היורד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נקרא התהליך שבו אדים בשמיים מתקררים והופכים לטיפות קטנות?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התעבות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זרימה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יחידה לדוגמה: מסע של טיפה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אידוי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טיפות כבדות נופלות מהענן כגשם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התעבות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מים הופכים לאדים בחום השמש ועולים 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משקעים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האדים מתקררים ונהפכים לטיפות קטנות שיוצרות ענן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יחידה לדוגמה: מסע של טיפה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אחרי יום שמשי השלולית נעלמת מהחצר.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איך מכניסים פעילות לתוך דף – הכרת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'הטמעה' של פעילות בתוך יחידת לימוד?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מכניסים פעילות מאתר אחר לתוך הדף, בלי לצאת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מוחקים פעילות מהדף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שולחים לתלמידים קישור באימייל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קוד ההטמעה מתחיל בדרך כלל באיזו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&lt;html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&lt;iframe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&lt;script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בדרך כלל מוצאים את כפתור ההעתקה של קוד ההטמעה?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בכלי הפעילות עצמו, תחת 'שיתוף'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במדפסת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בתיק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איך מכניסים פעילות לתוך דף – בודקים אם הבנתם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כשמטמיעים פעילות בדף, התלמידים צריכים לצאת מהיחידה ולעבור לאתר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ליצור קוד הטמעה חייבים לדעת לתכנת.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איך מכניסים פעילות לתוך דף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שמטמיעים פעילות, בודקים שהיא __________ לצפייה בלי צורך בהתחברות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אין קוד הטמעה לפעילות, אפשר להוסיף __________ שנפתח בלשונית חדשה עם הוראה ברורה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איך מכניסים פעילות לתוך דף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שאלות קצרות לבדיקת 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כלי שמייצר אוטומטית את שורת הקוד להטמעה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קיר שיתופי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פעילות שבה פותרים חידות כדי להתקדם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מחולל קוד הטמעה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שבו כל התלמידים כותבים תשובות ורואים זה של 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התאמות לכל תלמיד ותלמידה – מכירים את ההתאמות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חינוך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חינוך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חינוך נבחר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התאמה מתאימה במיוחד לתלמיד עולה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מבחן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מילון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שיעור בלי הסברים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התאמות לכל תלמיד ותלמידה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לתלמידים בחנ״מ יש כפתור הקראה ליד כל טקסט ומשימה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לעולים חדשים נותנים הוראות ארוכות ומסובכות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התאמות לכל תלמיד ותלמידה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אצל תלמידים בחנ״מ, אחרי __________ טעויות מופיע רמז מדורג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לעולים חדשים יש __________ תמונות שקופץ כשנוגעים במילה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התאמות לכל תלמיד ותלמידה – התאמה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משימת העשרה נוספת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מילון תמונות שקופץ במגע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תלמיד ביסודי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כפתור הקראה ליד כל 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תלמיד שסיים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משחק קצר עם כפתורים גדולים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בונים תחנה ביחידה משלי – מה יש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חייב להיות בכל תחנה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כותרת ומטרה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תמונה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קישור חיצוני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מקורות מומלץ להביא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מקור אחד או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עשרה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צורך במקור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המטרה של בדיקה עצמית בסוף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שהתלמיד יבדוק אם הבין לפני שממשיך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לשלוח ציון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לסיים את השיעור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למנות את שלושת העקרונות של יחידת לימוד עצמאית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לסדר את שמונת שלבי הבנייה בסדר הנכון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בונים יחידת לימוד דיגיטלית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