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בונים יחידת לימוד דיגיטלית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מהי יחידת לימוד עצמאית ולמה בונים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שלושת העקרונות ואת שמונת שלבי הבנייה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פעילות נכנסת לתוך דף אחד ביחידה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תחנה פשוטה ביחידה לפי דוגמת מסע הטיפה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שלושה עקרונות ביחידת לימוד עצמאית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מבנה ומטרות ברורים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מבנה ומטרות ברורים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בחירה ודיפרנציאציה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שלושה עקרונות ביחידת לימוד עצמאית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חידון וכרטיס רפלקציה נותנים לתלמיד משוב על מה שלמד.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שלושה עקרונות, וכולם חשובים ביחד.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שלושה עקרונות ביחידת לימוד עצמאית – התאמת דוגמאות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(מבנה ומטרות ברורים)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(בחירה ודיפרנציאציה)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(משוב ורפלקציה)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(משוב ורפלקציה)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(מבנה ומטרות ברורים)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שלושה עקרונות ביחידת לימוד עצמאית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דיפרנציאציה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מסלול הבנייה בשמונה צעדים – זיהוי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בוחרים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שכבה, זמן וצרכים מיוחדים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טקסט, תמונה, סרטון או מצגת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מסלול הבנייה בשמונה צעדים – תוכן כל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לפחות מטרת ידע, מטרת מיומנות ומטרה ערכית־רגשית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נבנה רצף הגיוני מפתיחה ועד תוצר מסכם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מסלול הבנייה בשמונה צעדים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פעלים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מסלול הבנייה בשמונה צעדים – התאמת שלב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(נושא אחד ממוקד מתוך תוכנית הלימודים)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(ידע, מיומנות ועמדה בפעלים הניתנים לבדיקה)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(שכבה, זמן והתאמות נדרשות)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(רצף תחנות מפתיחה מסקרנת ועד סיכום)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יחידה לדוגמה: מסע של טיפה – מה זוכרים מהתחנות?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המים יוצאים למסע ועולים לשמיים כאדים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השמש שמחממת את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התעבות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מיליוני טיפות מים קטנות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הן נופלות לאדמה כמשקעים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יחידה לדוגמה: מסע של טיפה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(מים הופכים לאדים בחום השמש ועולים למעלה)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(האדים מתקררים ונהפכים לטיפות קטנות שיוצרות ענן)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(טיפות כבדות נופלות מהענן כגשם)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(מים חודרים דרך האדמה ונעשים מי תהום)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(מים זורמים על פני הקרקע בדרכם 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יחידה לדוגמה: מסע של טיפה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השמש מחממת את מי השלולית, חלק מהם הופך לאדים ועולה לשמיים (אידוי) - המים לא נעלמים, הם יוצאים למסע.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באידוי המים הופכים לאדים ועולים לשמיים; בהתעבות האדים מתקררים וחוזרים להיות טיפות מים קטנות שיוצרות ענן.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הטיפה מתאדה מהים, עולה לשמיים ועוברת התעבות לענן, נופלת כמשקעים (גשם), זורמת או מחלחלת באדמה, ובסוף מגיעה בחזרה 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איך מכניסים פעילות לתוך דף – הכרת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מכניסים פעילות מאתר אחר לתוך הדף, בלי לצאת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&lt;iframe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בכלי הפעילות עצמו, תחת 'שיתוף'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הוספה ← הטמעה / 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איך מכניסים פעילות לתוך דף – בודקים אם הבנתם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בהטמעה הפעילות מופיעה בתוך הדף עצמו, כמו חלון, בלי לצאת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להשתמש במחולל קוד הטמעה שמייצר את הקוד 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איך מכניסים פעילות לתוך דף – השלמות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כפתור או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איך מכניסים פעילות לתוך דף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(פעילות שבה פותרים חידות כדי להתקדם בנושא)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(שאלות קצרות לבדיקת הבנה)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שבו כל התלמידים כותבים תשובות ורואים זה של 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(כלי שמייצר אוטומטית את שורת הקוד להטמעה)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התאמות לכל תלמיד ותלמידה – מכירים את ההתאמות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חינוך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מילון תמונות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התאמות לכל תלמיד ותלמידה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בהתאמות של חנ״מ – כפתור הקראה עוזר להבין את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לעולים חדשים נותנים הוראות קצרות של 3 עד 5 מילים עם סמלים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התאמות לכל תלמיד ותלמידה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התאמות לכל תלמיד ותלמידה – התאמה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(כפתור הקראה ליד כל 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(מילון תמונות שקופץ במגע)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(משחק קצר עם כפתורים גדולים)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(משימת העשרה נוספת)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בונים תחנה ביחידה משלי – מה יש בתחנה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כותרת ומטרה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מקור אחד או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שהתלמיד יבדוק אם הבין לפני שממשיך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טקסט, תמונה, סרטון או מצגת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שהתלמיד/ה מציינים: מבנה ומטרות, בחירה והתאמה, משוב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שהסדר נכון: נושא, מטרות, לומדים, מפה, תוכן, משימות, בדיקה, 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שיש כותרת ברורה, מטרה אחת פשוטה ומשימה מתאימה לגיל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 קצרים: עקרונות ושלבים, יחידה לדוגמה, ובניית תחנה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צעירים יותר כדאי להוסיף תמונות וסמלים ליד כל 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ההתאמות אפשר לתת לכל קבוצה גרסה שונה ולהשוות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השאירו זמן קבוע לכרטיס יציאה בסוף כל פרק כדי לתרגל רפלקציה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בונים יחידת לימוד דיגיטלית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לומדים איך בונים יחידה קטנה. בכל דף יש משימה פשוטה. עושים לפי הסדר.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יְחִידַת לִימוּד עַצמָאִית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למידה שתלמיד עובר לבד, שלב אחר שלב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עֶקרוֹן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חשוב שמנחה את בניית היחידה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תַּחֲנָה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ביחידה, עם מטרה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מַטָרָה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רוצים שנדע או נדע לעשות בסוף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מְשִׂימָה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שעושים כדי לתרגל וללמוד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הַטמָעָה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הכנסת פעילות אחת לתוך הדף, בלי לצאת ממנו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הַתאָמָה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קטן כדי שכל תלמיד יוכל להצליח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רֶפלֶקציָה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על מה למדתי ומה היה קשה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כַּרטִיס יְצִיאָה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שכותבים בסוף השיעור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מַחְזוֹר הַמַיִם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שהמים עוברים: אידוי, עננים, גשם, זרימה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שלושה עקרונות ביחידת לימוד עצמאית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עקרונות 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עיקרון עוזר לתלמיד לדעת מה המטרה ולאן הוא הולך?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מבנה ומטרות ברורים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בחירה ודיפרנציאציה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משוב ורפלקציה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עיקרון כזה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רשימת התקדמות שמראה '0 מתוך 5 תחנות' שייכת בעיקר לאיזה עיקרון?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מבנה ומטרות ברורים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בחירה ודיפרנציאציה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משוב ורפלקציה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כשתלמיד בוחר איך להציג תוצר – קומיקס, הקלטה או כרזה – זו דוגמה לאיזה עיקרון?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מבנה ומטרות ברורים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בחירה ודיפרנציאציה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משוב ורפלקציה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לעיקרון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שלושה עקרונות ביחידת לימוד עצמאית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העיקרון של משוב ורפלקציה קשור לחידון ולשאלות סיכום בסוף היחידה.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ביחידת לימוד עצמאית יש רק עיקרון אחד שחשוב באמת.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שלושה עקרונות ביחידת לימוד עצמאית – התאמת 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רשימת התקדמות עם 5 תחנות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מבנה ומטרות ברורים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בחירה בין קומיקס, הקלטה או כרזה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מבנה ומטרות ברורים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חידון מהיר בסוף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משוב ורפלקציה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כתיבה בקיר שיתופי על מה קרה למים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בחירה ודיפרנציאציה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מטרות כתובות בתחילת היחידה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משוב ורפלקציה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שלושה עקרונות ביחידת לימוד עצמאית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העיקרון שעוזר לכל תלמיד להתקדם בקצב שלו ולבחור תוצר נקרא בחירה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בסוף כל תחנה יש משימה או חידון שנותנים לתלמיד __________ על מה שהוא למד.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מסלול הבנייה בשמונה צעדים – זיהוי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קודם 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בונים גושי תוכן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מגדירים מטרות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משרטטים מפת שיעורים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לומדים על התלמידים?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גיל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שכבה, זמן וצרכים מיוחדים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מספר התלמידים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שם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סוגי מקורות אפשר לשלב בגוש תוכן של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טקסט, תמונה, סרטון או מצגת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קישור חיצוני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מסלול הבנייה בשמונה צעדים – תוכן 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'מגדירים מטרות' מספיק לכתוב מטרת ידע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מפת השיעורים כוללת תחנת פתיחה מסקרנת ותחנת סיכום עם תוצר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מסלול הבנייה בשמונה צעדים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__________ בוחרים נושא אחד ממוקד מתוך תוכנית הלימודים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כדאי לנסח את מטרות היחידה בעזרת __________ שאפשר לראות ולבדוק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מסלול הבנייה בשמונה צעדים – התאמת שלב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בוחרים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רצף תחנות מפתיחה מסקרנת ועד סיכום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מגדירים מטרות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שכבה, זמן והתאמות נדרשות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מכירים את הלומדים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נושא אחד ממוקד מתוך תוכנית הלימודים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משרטטים מפת שיעורים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ידע, מיומנות ועמדה בפעלים הניתנים לבדיקה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יחידה לדוגמה: מסע של טיפה – מה זוכרים מהתחנות?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לשלולית ביום 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המים נעלמים לגמרי ולא נשאר מהם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המים יוצאים למסע ועולים לשמיים כאדים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המים הופכים לאבנים קטנות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ציפורים שותות את כל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הופך מים לאדים?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הרוח החזקה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השמש שמחממת את המים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הגשם היורד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הקרח שנמס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לשלב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התעבות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זרימה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ענן, בעצם?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מיליוני טיפות מים קטנות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עשן לבן מהאדמה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אבק שעף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בלון גדול ולבן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בסוף לטיפות בענן?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עולות גבוה יותר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 נופלות לאדמה כמשקעים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נעלמות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 תמיד הופכות לשלג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יחידה לדוגמה: מסע של טיפה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אידוי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מים חודרים דרך האדמה ונעשים מי תהום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התעבות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מים הופכים לאדים בחום השמש ועולים למעלה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משקעים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מים זורמים על פני הקרקע בדרכם 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האדים מתקררים ונהפכים לטיפות קטנות שיוצרות ענן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זרימה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טיפות כבדות נופלות מהענן כגשם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יחידה לדוגמה: מסע של טיפה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אחרי יום שמשי השלולית נעלמת מהחצר.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הקשר בין אידוי להתעבות? כתבו בשני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את המסע השלם של טיפת מים אחת, מהים ועד שהיא חוזרת אליו.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איך מכניסים פעילות לתוך דף – הכרת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להטמיע פעילות?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מכניסים פעילות מאתר אחר לתוך הדף, בלי לצאת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מוחקים פעילות מהדף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שולחים לתלמידים קישור באימייל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מדפיסים את הפעילות על דף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מתחיל קוד הטמעה?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&lt;html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&lt;iframe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&lt;script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&lt;div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מחפשים את כפתור ההטמעה?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בכלי הפעילות עצמו, תחת 'שיתוף'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במדפסת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בתיק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בטלפון של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לוחצים בבונה האתרים?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הוספה ← הטמעה / 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שינוי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הדפסה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איך מכניסים פעילות לתוך דף – בודקים אם הבנתם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כשמטמיעים פעילות בדף, התלמידים צריכים לצאת מהיחידה ולעבור לאתר אחר.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ליצור קוד הטמעה חייבים לדעת לתכנת.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איך מכניסים פעילות לתוך דף – השלמות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שמטמיעים פעילות, בודקים שהיא __________ לצפייה בלי צורך בהתחברות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אין קוד הטמעה לפעילות, אפשר להוסיף __________ שנפתח בלשונית חדשה עם הוראה ברורה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איך מכניסים פעילות לתוך דף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חדר 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כלי שמייצר אוטומטית את שורת הקוד להטמעה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חידון מהיר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שבו כל התלמידים כותבים תשובות ורואים זה של 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קיר שיתופי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פעילות שבה פותרים חידות כדי להתקדם בנושא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מחולל קוד הטמעה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שאלות קצרות לבדיקת הבנה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התאמות לכל תלמיד ותלמידה – מכירים את ההתאמות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חנ״מ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חינוך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חינוך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חינוך נבחר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חינוך מוזיקלי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עוזר לתלמיד שרק הגיע לארץ?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מבחן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מילון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בלי הסברים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ארוך בלי תמונות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התאמות לכל תלמיד ותלמידה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לתלמידים בחנ״מ יש כפתור הקראה ליד כל טקסט ומשימה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לעולים חדשים נותנים הוראות ארוכות ומסובכות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התאמות לכל תלמיד ותלמידה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אצל תלמידים בחנ״מ, אחרי __________ טעויות מופיע רמז מדורג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לעולים חדשים יש __________ תמונות שקופץ כשנוגעים במילה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התאמות לכל תלמיד ותלמידה – התאמה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משחק קצר עם כפתורים גדולים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עולים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משימת העשרה נוספת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תלמיד ביסודי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מילון תמונות שקופץ במגע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תלמיד שסיים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כפתור הקראה ליד כל 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בונים תחנה ביחידה משלי – מה יש בתחנה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תמיד נמצא בתחנה?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כותרת ומטרה קטנה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תמונה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קישור חיצוני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מקורות מומלץ להביא בכל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מקור אחד או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עשרה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צורך במקור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סרטון אחד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של בדיקה עצמית בסוף 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שהתלמיד יבדוק אם הבין לפני שממשיך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לשלוח ציון להורים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לסיים את השיעור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למדוד כמה זמן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חלק בתחנה נותן לתלמידים משהו לעשות ולא רק לקרוא?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תאריך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היחידה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סוגי מקורות אפשר להביא בתחנה?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טקסט, תמונה, סרטון או מצגת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טקסט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סרטון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משחק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למנות את שלושת העקרונות של יחידת לימוד עצמאית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לסדר את שמונת שלבי הבנייה בסדר הנכון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לכתוב תחנה קטנה עם כותרת, מטרה ומשימה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בונים יחידת לימוד דיגיטלית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