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יחידת לימוד עצמאית ולמה בונים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העקרונות ואת שמונת שלבי הבנייה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פעילות נכנסת לתוך דף אחד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תחנה פשוטה ביחידה לפי דוגמת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שלושה עקרונות ביחידת לימוד עצמאית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מבנה ומטרות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מבנה ומטרות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בחירה ודיפרנציאציה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שלושה עקרונות ביחידת לימוד עצמאית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חידון וכרטיס רפלקציה נותנים לתלמיד משוב על מה שלמד.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עקרונות, וכולם חשובים ביחד.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שלושה עקרונות ביחידת לימוד עצמאית – התאמת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(מבנה ומטרות ברורים)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(בחירה ודיפרנציאציה)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(משוב ורפלקציה)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(משוב ורפלקציה)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(מבנה ומטרות ברורים)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שלושה עקרונות ביחידת לימוד עצמאית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דיפרנציאציה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מסלול הבנייה בשמונה צעדים – זיהוי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שכבה, זמן וצרכים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טקסט, תמונה, סרטון או 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מסלול הבנייה בשמונה צעדים – תוכן 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לפחות מטרת ידע, מטרת מיומנות ומטרה ערכית־רגשית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נבנה רצף הגיוני מפתיחה ועד תוצר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מסלול הבנייה בשמונה צעדים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מסלול הבנייה בשמונה צעדים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(נושא אחד ממוקד מתוך תוכנית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(ידע, מיומנות ועמדה בפעלים הניתנים לבדיקה)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(שכבה, זמן והתאמות נדרשות)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(רצף תחנות מפתיחה מסקרנת ועד 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יחידה לדוגמה: מסע של טיפה – מה זוכרים מהתחנות?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המים יוצאים למסע ועולים לשמיים כאדים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השמש שמחממת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התעבות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מיליוני טיפות מים קטנות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 נופלות לאדמה כמשקעים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יחידה לדוגמה: מסע של טיפה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(מים הופכים לאדים בחום השמש ועולים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(האדים מתקררים ונהפכים לטיפות קטנות שיוצרות ענן)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(טיפות כבדות נופלות מהענן כגשם)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חודרים דרך האדמה ונעשים מי תהום)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(מים זורמים על פני הקרקע בדרכם 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יחידה לדוגמה: מסע של טיפה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מי השלולית, חלק מהם הופך לאדים ועולה לשמיים (אידוי) - המים לא נעלמים, הם יוצאים למסע.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באידוי המים הופכים לאדים ועולים לשמיים; בהתעבות האדים מתקררים וחוזרים להיות טיפות מים קטנות שיוצרות ענן.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הטיפה מתאדה מהים, עולה לשמיים ועוברת התעבות לענן, נופלת כמשקעים (גשם), זורמת או מחלחלת באדמה, ובסוף מגיעה בחזרה 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מכניסים פעילות לתוך דף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מכניסים פעילות מאתר אחר לתוך הדף, בלי לצאת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&lt;iframe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בכלי הפעילות עצמו, תחת 'שיתוף'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הוספה ← הטמעה /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מכניסים פעילות לתוך דף – בודקים אם הבנתם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בהטמעה הפעילות מופיעה בתוך הדף עצמו, כמו חלון, בלי לצאת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להשתמש במחולל קוד הטמעה שמייצר את הקוד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איך מכניסים פעילות לתוך דף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כפתור או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איך מכניסים פעילות לתוך דף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(פעילות שבה פותרים חידות כדי להתקדם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(שאלות קצרות לבדיקת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שבו כל התלמידים כותבים תשובות ורואים זה של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שמייצר אוטומטית את שורת הקוד להטמעה)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התאמות לכל תלמיד ותלמידה – מכירים את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התאמות לכל תלמיד ותלמידה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בהתאמות של חנ״מ – כפתור הקראה עוזר להבין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לעולים חדשים נותנים הוראות קצרות של 3 עד 5 מילים עם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התאמות לכל תלמיד ותלמידה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התאמות לכל תלמיד ותלמידה – התאמה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(כפתור הקראה ליד כל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(מילון תמונות שקופץ במגע)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(משחק קצר עם כפתורים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(משימת העשרה נוספת)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תחנה ביחידה משלי – מה יש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 ומטרה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מקור אחד או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שהתלמיד יבדוק אם הבין לפני שממשיך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טקסט, תמונה, סרטון או 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מציינים: מבנה ומטרות, בחירה והתאמה,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שהסדר נכון: נושא, מטרות, לומדים, מפה, תוכן, משימות, בדיקה,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שיש כותרת ברורה, מטרה אחת פשוטה ומשימה מתאימה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קצרים: עקרונות ושלבים, יחידה לדוגמה, ובניית תחנה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להוסיף תמונות וסמלים ליד 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ההתאמות אפשר לתת לכל קבוצה גרסה שונה ולהשוות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השאירו זמן קבוע לכרטיס יציאה בסוף כל פרק כדי לתרגל רפלקציה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תלמדו איך בונים יחידת לימוד שלב אחר שלב, בעזרת דוגמת מסע של טיפה. בכל פרק יש הסבר קצר ותרגילים – השלימו אותם לפי הסדר.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שלושה עקרונות ביחידת לימוד עצמאית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עקרונות יסוד יש ביחידת לימוד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עיקרון עוזר לתלמיד לדעת מה המטרה ולאן הוא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עיקרון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רשימת התקדמות שמראה '0 מתוך 5 תחנות' שייכת בעיקר לאיזה עיקרון?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כשתלמיד בוחר איך להציג תוצר – קומיקס, הקלטה או כרזה – זו דוגמה לאיזה עיקרון?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לעיקרון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שלושה עקרונות ביחידת לימוד עצמאית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העיקרון של משוב ורפלקציה קשור לחידון ולשאלות סיכום בסוף היחידה.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לימוד עצמאית יש רק עיקרון אחד שחשוב באמת.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שלושה עקרונות ביחידת לימוד עצמאית – התאמת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רשימת התקדמות עם 5 תחנות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מבנה ומטרות ברורים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בחירה בין קומיקס, הקלטה או 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מבנה ומטרות ברורים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חידון מהיר בסוף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בחירה ודיפרנציאציה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כתיבה בקיר שיתופי על מה קרה 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משוב ורפלקציה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מטרות כתובות בתחילת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משוב ורפלקציה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שלושה עקרונות ביחידת לימוד עצמאית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שעוזר לכל תלמיד להתקדם בקצב שלו ולבחור תוצר נקרא בחירה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כל תחנה יש משימה או חידון שנותנים לתלמיד __________ על מה שהוא למד.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מסלול הבנייה בשמונה צעדים – זיהוי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במסלול הבנייה של יחידת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גושי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מגדירים 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משרטטים מפת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בשלב 'מכירים את הלומדים'?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גיל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שכבה, זמן וצרכים מיוחדים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סוגי מקורות אפשר לשלב בגוש תוכן של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טקסט, תמונה, סרטון או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קישור חיצוני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מסלול הבנייה בשמונה צעדים – תוכן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'מגדירים מטרות' מספיק לכתוב מטרת ידע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מפת השיעורים כוללת תחנת פתיחה מסקרנת ותחנת סיכום עם 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מסלול הבנייה בשמונה צעדים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בוחרים נושא אחד ממוקד מתוך תוכנית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לנסח את מטרות היחידה בעזרת __________ שאפשר לראות ולבדוק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מסלול הבנייה בשמונה צעדים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ידע, מיומנות ועמדה בפעלים הניתנים לבדיקה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מגדירים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שכבה, זמן והתאמות נדרשות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מכירים את הלומדים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רצף תחנות מפתיחה מסקרנת ועד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משרטטים מפת שיעורים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 אחד ממוקד מתוך תוכנית הלימודים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יחידה לדוגמה: מסע של טיפה – מה זוכרים מהתחנות?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השלוליות בחצר נעלמות אחרי יום שמשי?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המים נעלמים לגמרי ולא נשאר מהם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המים יוצאים למסע ועולים לשמיים כאדים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 הופכים לאבנים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ציפורים שותות את כל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למים להפוך לאדים?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 החזקה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 שמחממת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הגשם היורד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הקרח שנמס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התהליך שבו אדים בשמיים מתקררים והופכים לטיפות קטנות?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התעבות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ענן?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מיליוני טיפות מים קטנות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עשן לבן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 שעף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בלון גדול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כשהטיפות בענן מתחברות ונעשות כבדות?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עולות גבוה יותר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נופלות לאדמה כמשקעים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נעלמות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תמיד הופכות לשלג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יחידה לדוגמה: מסע של טיפה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טיפות כבדות נופלות מהענן כגשם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התעבות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חודרים דרך האדמה ונעשים מי תהום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משקעים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האדים מתקררים ונהפכים לטיפות קטנות שיוצרות ענן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זורמים על פני הקרקע בדרכם 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זרימה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הופכים לאדים בחום השמש ועולים 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יחידה לדוגמה: מסע של טיפה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אחרי יום שמשי השלולית נעלמת מהחצר.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אידוי להתעבות? כתבו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את המסע השלם של טיפת מים אחת, מהים ועד שהיא חוזרת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איך מכניסים פעילות לתוך דף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'הטמעה' של פעילות בתוך יחידת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מכניסים פעילות מאתר אחר לתוך הדף, בלי לצאת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פעילות מהדף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לתלמידים קישור באימייל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את הפעילות על דף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קוד ההטמעה מתחיל בדרך כלל באיזו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&lt;html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&lt;iframe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&lt;script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&lt;div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בדרך כלל מוצאים את כפתור ההעתקה של קוד ההטמעה?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בכלי הפעילות עצמו, תחת 'שיתוף'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במדפסת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בתיק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בטלפון של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בבונה האתרים הכיתתי כדי להדביק את הקוד?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 ← הטמעה /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איך מכניסים פעילות לתוך דף – בודקים אם הבנתם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כשמטמיעים פעילות בדף, התלמידים צריכים לצאת מהיחידה ולעבור לאתר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ליצור קוד הטמעה חייבים לדעת לתכנת.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איך מכניסים פעילות לתוך דף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שמטמיעים פעילות, בודקים שהיא __________ לצפייה בלי צורך בהתחברות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אין קוד הטמעה לפעילות, אפשר להוסיף __________ שנפתח בלשונית חדשה עם הוראה 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איך מכניסים פעילות לתוך דף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קצרות לבדיקת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שמייצר אוטומטית את שורת הקוד להטמעה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פעילות שבה פותרים חידות כדי להתקדם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מחולל קוד הטמעה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כל התלמידים כותבים תשובות ורואים זה של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התאמות לכל תלמיד ותלמידה – מכירים את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חינוך 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חינוך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התאמה מתאימה במיוחד לתלמיד עולה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בלי הסברים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ארוך בלי 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התאמות לכל תלמיד ותלמידה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בחנ״מ יש כפתור הקראה ליד כל טקסט ומשימה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לעולים חדשים נותנים הוראות ארוכות ומסובכות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התאמות לכל תלמיד ותלמידה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תלמידים בחנ״מ, אחרי __________ טעויות מופיע רמז 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לעולים חדשים יש __________ תמונות שקופץ כשנוגעים במילה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התאמות לכל תלמיד ותלמידה – התאמה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מילון תמונות שקופץ במגע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 קצר עם כפתורים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 ביסודי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משימת העשרה נוספת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תלמיד שסיים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כפתור הקראה ליד כל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בונים תחנה ביחידה משלי – מה יש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חייב להיות בכל תחנה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ומטרה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קישור חיצוני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מקורות מומלץ להביא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אחד או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סרטון אחד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בדיקה עצמית בסוף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שהתלמיד יבדוק אם הבין לפני שממשיך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לשלוח ציון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השיעור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כמה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בתחנה נותן לתלמידים משהו לעשות ולא רק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סוגי מקורות אפשר להביא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טקסט, תמונה, סרטון או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סרטון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משחק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למנות את שלושת העקרונות של יחידת לימוד עצמאית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לסדר את שמונת שלבי הבנייה בסדר הנכון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תחנה קטנה עם כותרת, מטרה ומשימה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